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33"/>
        <w:gridCol w:w="3969"/>
      </w:tblGrid>
      <w:tr w:rsidR="007E2868" w14:paraId="601609D5" w14:textId="77777777">
        <w:trPr>
          <w:cantSplit/>
          <w:jc w:val="center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710D1" w14:textId="77777777" w:rsidR="007E2868" w:rsidRDefault="00000000">
            <w:pPr>
              <w:spacing w:before="40"/>
              <w:rPr>
                <w:lang w:eastAsia="ja-JP"/>
              </w:rPr>
            </w:pPr>
            <w:r>
              <w:rPr>
                <w:rFonts w:ascii="Noto Serif CJK JP" w:eastAsia="Noto Serif CJK JP" w:hAnsi="Noto Serif CJK JP"/>
                <w:b/>
                <w:color w:val="000000"/>
                <w:sz w:val="32"/>
                <w:lang w:eastAsia="ja-JP"/>
              </w:rPr>
              <w:t>授与品・御朱印 郵送頒布申込書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CF5FF" w14:textId="0B9980BA" w:rsidR="007E2868" w:rsidRPr="00F93841" w:rsidRDefault="00000000">
            <w:pPr>
              <w:jc w:val="right"/>
              <w:rPr>
                <w:rFonts w:eastAsiaTheme="minorEastAsia" w:hint="eastAsia"/>
                <w:lang w:eastAsia="ja-JP"/>
              </w:rPr>
            </w:pPr>
            <w:r>
              <w:rPr>
                <w:b/>
                <w:color w:val="000000"/>
                <w:sz w:val="15"/>
              </w:rPr>
              <w:t>綱敷天満宮　郵送頒布係</w:t>
            </w:r>
            <w:r>
              <w:rPr>
                <w:b/>
                <w:color w:val="000000"/>
                <w:sz w:val="15"/>
              </w:rPr>
              <w:br/>
            </w:r>
            <w:r>
              <w:rPr>
                <w:color w:val="000000"/>
                <w:sz w:val="15"/>
              </w:rPr>
              <w:t>〒654-0053 神戸市須磨区天神町2-1-11</w:t>
            </w:r>
            <w:r>
              <w:rPr>
                <w:color w:val="000000"/>
                <w:sz w:val="15"/>
              </w:rPr>
              <w:br/>
              <w:t>FAX：078-734-0680</w:t>
            </w:r>
            <w:r>
              <w:rPr>
                <w:color w:val="000000"/>
                <w:sz w:val="15"/>
              </w:rPr>
              <w:br/>
              <w:t>E-mail：</w:t>
            </w:r>
            <w:r w:rsidR="00F93841" w:rsidRPr="00F93841">
              <w:rPr>
                <w:color w:val="000000"/>
                <w:sz w:val="15"/>
              </w:rPr>
              <w:t>info@tsunashikitenmangu.site</w:t>
            </w:r>
          </w:p>
        </w:tc>
      </w:tr>
    </w:tbl>
    <w:p w14:paraId="4884142F" w14:textId="77777777" w:rsidR="007E2868" w:rsidRDefault="00000000">
      <w:pPr>
        <w:spacing w:before="40" w:after="60"/>
        <w:rPr>
          <w:lang w:eastAsia="ja-JP"/>
        </w:rPr>
      </w:pPr>
      <w:r>
        <w:rPr>
          <w:b/>
          <w:color w:val="000000"/>
          <w:lang w:eastAsia="ja-JP"/>
        </w:rPr>
        <w:t>申込方法　□ 現金書留　　□ メール＋銀行振込　　□ FAX＋銀行振込　　　　　　申込日：　　　　年　　　月　　　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675"/>
      </w:tblGrid>
      <w:tr w:rsidR="007E2868" w14:paraId="2B8AD9AA" w14:textId="77777777">
        <w:trPr>
          <w:cantSplit/>
          <w:trHeight w:val="408"/>
          <w:jc w:val="center"/>
        </w:trPr>
        <w:tc>
          <w:tcPr>
            <w:tcW w:w="1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0726D2" w14:textId="77777777" w:rsidR="007E2868" w:rsidRDefault="00000000">
            <w:pPr>
              <w:jc w:val="center"/>
            </w:pPr>
            <w:r>
              <w:rPr>
                <w:b/>
                <w:color w:val="000000"/>
                <w:sz w:val="17"/>
              </w:rPr>
              <w:t>ふりがな</w:t>
            </w:r>
          </w:p>
        </w:tc>
        <w:tc>
          <w:tcPr>
            <w:tcW w:w="8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68EE4D" w14:textId="77777777" w:rsidR="007E2868" w:rsidRDefault="007E2868"/>
        </w:tc>
      </w:tr>
      <w:tr w:rsidR="007E2868" w14:paraId="69E55C41" w14:textId="77777777">
        <w:trPr>
          <w:cantSplit/>
          <w:trHeight w:val="408"/>
          <w:jc w:val="center"/>
        </w:trPr>
        <w:tc>
          <w:tcPr>
            <w:tcW w:w="1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CD127F" w14:textId="77777777" w:rsidR="007E2868" w:rsidRDefault="00000000">
            <w:pPr>
              <w:jc w:val="center"/>
            </w:pPr>
            <w:r>
              <w:rPr>
                <w:b/>
                <w:color w:val="000000"/>
                <w:sz w:val="17"/>
              </w:rPr>
              <w:t>お名前</w:t>
            </w:r>
          </w:p>
        </w:tc>
        <w:tc>
          <w:tcPr>
            <w:tcW w:w="8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4B4D68" w14:textId="77777777" w:rsidR="007E2868" w:rsidRDefault="007E2868"/>
        </w:tc>
      </w:tr>
      <w:tr w:rsidR="007E2868" w14:paraId="3041CD40" w14:textId="77777777">
        <w:trPr>
          <w:cantSplit/>
          <w:trHeight w:val="708"/>
          <w:jc w:val="center"/>
        </w:trPr>
        <w:tc>
          <w:tcPr>
            <w:tcW w:w="1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1122C6" w14:textId="2011AA3A" w:rsidR="007E2868" w:rsidRDefault="00000000" w:rsidP="005B07E1">
            <w:pPr>
              <w:jc w:val="center"/>
            </w:pPr>
            <w:r>
              <w:rPr>
                <w:b/>
                <w:color w:val="000000"/>
                <w:sz w:val="17"/>
              </w:rPr>
              <w:t>ご住所</w:t>
            </w:r>
          </w:p>
        </w:tc>
        <w:tc>
          <w:tcPr>
            <w:tcW w:w="8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6FD4C0" w14:textId="2021C327" w:rsidR="007E2868" w:rsidRPr="00F93841" w:rsidRDefault="00000000">
            <w:pPr>
              <w:rPr>
                <w:rFonts w:eastAsiaTheme="minorEastAsia" w:hint="eastAsia"/>
                <w:lang w:eastAsia="ja-JP"/>
              </w:rPr>
            </w:pPr>
            <w:r>
              <w:rPr>
                <w:color w:val="000000"/>
              </w:rPr>
              <w:t>〒</w:t>
            </w:r>
            <w:r w:rsidR="00F93841">
              <w:rPr>
                <w:rFonts w:eastAsiaTheme="minorEastAsia"/>
                <w:color w:val="000000"/>
                <w:lang w:eastAsia="ja-JP"/>
              </w:rPr>
              <w:br/>
            </w:r>
            <w:r w:rsidR="00F93841">
              <w:rPr>
                <w:rFonts w:eastAsiaTheme="minorEastAsia"/>
                <w:color w:val="000000"/>
                <w:lang w:eastAsia="ja-JP"/>
              </w:rPr>
              <w:br/>
            </w:r>
          </w:p>
        </w:tc>
      </w:tr>
      <w:tr w:rsidR="007E2868" w14:paraId="10BD002E" w14:textId="77777777">
        <w:trPr>
          <w:cantSplit/>
          <w:trHeight w:val="408"/>
          <w:jc w:val="center"/>
        </w:trPr>
        <w:tc>
          <w:tcPr>
            <w:tcW w:w="1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6BE1B2" w14:textId="208253A4" w:rsidR="007E2868" w:rsidRDefault="00000000">
            <w:pPr>
              <w:jc w:val="center"/>
            </w:pPr>
            <w:r>
              <w:rPr>
                <w:b/>
                <w:color w:val="000000"/>
                <w:sz w:val="17"/>
              </w:rPr>
              <w:t>電話番号</w:t>
            </w:r>
            <w:r w:rsidR="005B07E1">
              <w:rPr>
                <w:rFonts w:ascii="ＭＳ 明朝" w:eastAsia="ＭＳ 明朝" w:hAnsi="ＭＳ 明朝" w:cs="ＭＳ 明朝" w:hint="eastAsia"/>
                <w:b/>
                <w:color w:val="000000"/>
                <w:sz w:val="17"/>
                <w:lang w:eastAsia="ja-JP"/>
              </w:rPr>
              <w:t>／FAX</w:t>
            </w:r>
          </w:p>
        </w:tc>
        <w:tc>
          <w:tcPr>
            <w:tcW w:w="8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BE5483" w14:textId="77777777" w:rsidR="007E2868" w:rsidRDefault="007E2868"/>
        </w:tc>
      </w:tr>
      <w:tr w:rsidR="007E2868" w14:paraId="22114AC7" w14:textId="77777777">
        <w:trPr>
          <w:cantSplit/>
          <w:trHeight w:val="408"/>
          <w:jc w:val="center"/>
        </w:trPr>
        <w:tc>
          <w:tcPr>
            <w:tcW w:w="1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BCAF57" w14:textId="77777777" w:rsidR="007E2868" w:rsidRDefault="00000000">
            <w:pPr>
              <w:jc w:val="center"/>
            </w:pPr>
            <w:r>
              <w:rPr>
                <w:b/>
                <w:color w:val="000000"/>
                <w:sz w:val="17"/>
              </w:rPr>
              <w:t>メールアドレス</w:t>
            </w:r>
          </w:p>
        </w:tc>
        <w:tc>
          <w:tcPr>
            <w:tcW w:w="8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9F7327" w14:textId="77777777" w:rsidR="007E2868" w:rsidRDefault="007E2868"/>
        </w:tc>
      </w:tr>
    </w:tbl>
    <w:p w14:paraId="0C6E8332" w14:textId="77777777" w:rsidR="007E2868" w:rsidRDefault="007E2868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50"/>
        <w:gridCol w:w="3969"/>
        <w:gridCol w:w="3260"/>
        <w:gridCol w:w="1780"/>
      </w:tblGrid>
      <w:tr w:rsidR="001F302B" w14:paraId="30EDB56D" w14:textId="77777777" w:rsidTr="0085019E">
        <w:trPr>
          <w:cantSplit/>
          <w:trHeight w:val="385"/>
          <w:tblHeader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ABD2E9" w14:textId="77777777" w:rsidR="001F302B" w:rsidRDefault="001F302B">
            <w:pPr>
              <w:jc w:val="center"/>
            </w:pPr>
            <w:r>
              <w:rPr>
                <w:b/>
                <w:color w:val="000000"/>
                <w:sz w:val="16"/>
              </w:rPr>
              <w:t>注文番号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C6DB89" w14:textId="77777777" w:rsidR="001F302B" w:rsidRDefault="001F302B">
            <w:pPr>
              <w:jc w:val="center"/>
            </w:pPr>
            <w:r>
              <w:rPr>
                <w:b/>
                <w:color w:val="000000"/>
                <w:sz w:val="16"/>
              </w:rPr>
              <w:t>授与品・御朱印名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E05A25" w14:textId="77777777" w:rsidR="001F302B" w:rsidRDefault="001F302B">
            <w:pPr>
              <w:jc w:val="center"/>
            </w:pPr>
            <w:r>
              <w:rPr>
                <w:b/>
                <w:color w:val="000000"/>
                <w:sz w:val="16"/>
              </w:rPr>
              <w:t>数量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EEF303" w14:textId="6C23DF38" w:rsidR="001F302B" w:rsidRDefault="001F302B">
            <w:pPr>
              <w:jc w:val="center"/>
            </w:pPr>
            <w:r w:rsidRPr="001F302B">
              <w:rPr>
                <w:rFonts w:ascii="ＭＳ 明朝" w:eastAsia="ＭＳ 明朝" w:hAnsi="ＭＳ 明朝" w:cs="ＭＳ 明朝" w:hint="eastAsia"/>
                <w:b/>
                <w:color w:val="000000"/>
                <w:sz w:val="16"/>
              </w:rPr>
              <w:t xml:space="preserve">　小計（円）</w:t>
            </w:r>
          </w:p>
        </w:tc>
      </w:tr>
      <w:tr w:rsidR="001F302B" w14:paraId="686CC213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55E067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8EA609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C6A12B" w14:textId="4A487873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21DECB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3B48CF97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5E32D0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D03339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5F9AF5" w14:textId="59419FFA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C85A9B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50B82C25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50A12E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444CEE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B18629" w14:textId="45A32F9C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748FA9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23BC9D0C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827AE8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B1EC99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C96AAC" w14:textId="20663BD4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0E46BE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342B514B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E1ADC7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D46BA9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01E054" w14:textId="0D120AC9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07A400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091E0120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DA740C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A2ED57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2AF5D9" w14:textId="08348189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263723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45606EF9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1DE012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29FC44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D00C7C" w14:textId="615A274E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7BAB1F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25234AE9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8E0E77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CDB410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5306ED" w14:textId="5AA2C090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3D77A1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1F302B" w14:paraId="52EB0326" w14:textId="77777777" w:rsidTr="0085019E">
        <w:trPr>
          <w:cantSplit/>
          <w:trHeight w:val="351"/>
        </w:trPr>
        <w:tc>
          <w:tcPr>
            <w:tcW w:w="1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FD83F1" w14:textId="77777777" w:rsidR="001F302B" w:rsidRDefault="001F302B"/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BB9056" w14:textId="77777777" w:rsidR="001F302B" w:rsidRDefault="001F302B"/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4148D4" w14:textId="30C23D5D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体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93A9F0" w14:textId="77777777" w:rsidR="001F302B" w:rsidRDefault="001F302B">
            <w:pPr>
              <w:jc w:val="right"/>
            </w:pPr>
            <w:r>
              <w:rPr>
                <w:color w:val="000000"/>
                <w:sz w:val="16"/>
              </w:rPr>
              <w:t>円</w:t>
            </w:r>
          </w:p>
        </w:tc>
      </w:tr>
      <w:tr w:rsidR="007E2868" w14:paraId="3F5C058A" w14:textId="77777777" w:rsidTr="0085019E">
        <w:trPr>
          <w:gridBefore w:val="2"/>
          <w:wBefore w:w="5619" w:type="dxa"/>
          <w:cantSplit/>
          <w:trHeight w:val="357"/>
        </w:trPr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97261B" w14:textId="2B8DF026" w:rsidR="007E2868" w:rsidRDefault="00000000">
            <w:pPr>
              <w:jc w:val="right"/>
            </w:pPr>
            <w:r>
              <w:rPr>
                <w:color w:val="000000"/>
                <w:sz w:val="17"/>
              </w:rPr>
              <w:t xml:space="preserve">初穂料 </w:t>
            </w:r>
            <w:r w:rsidR="001F302B">
              <w:rPr>
                <w:rFonts w:ascii="ＭＳ 明朝" w:eastAsia="ＭＳ 明朝" w:hAnsi="ＭＳ 明朝" w:cs="ＭＳ 明朝" w:hint="eastAsia"/>
                <w:color w:val="000000"/>
                <w:sz w:val="17"/>
                <w:lang w:eastAsia="ja-JP"/>
              </w:rPr>
              <w:t xml:space="preserve">　</w:t>
            </w:r>
            <w:r>
              <w:rPr>
                <w:color w:val="000000"/>
                <w:sz w:val="17"/>
              </w:rPr>
              <w:t>合計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9D874B" w14:textId="77777777" w:rsidR="007E2868" w:rsidRDefault="00000000">
            <w:pPr>
              <w:jc w:val="right"/>
            </w:pPr>
            <w:r>
              <w:rPr>
                <w:color w:val="000000"/>
              </w:rPr>
              <w:t>円</w:t>
            </w:r>
          </w:p>
        </w:tc>
      </w:tr>
      <w:tr w:rsidR="007E2868" w14:paraId="4529B8C7" w14:textId="77777777" w:rsidTr="0085019E">
        <w:trPr>
          <w:gridBefore w:val="2"/>
          <w:wBefore w:w="5619" w:type="dxa"/>
          <w:cantSplit/>
          <w:trHeight w:val="357"/>
        </w:trPr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4D48F0" w14:textId="77777777" w:rsidR="007E2868" w:rsidRDefault="00000000">
            <w:pPr>
              <w:jc w:val="right"/>
              <w:rPr>
                <w:lang w:eastAsia="ja-JP"/>
              </w:rPr>
            </w:pPr>
            <w:r>
              <w:rPr>
                <w:color w:val="000000"/>
                <w:sz w:val="17"/>
                <w:lang w:eastAsia="ja-JP"/>
              </w:rPr>
              <w:t>送料（同一送付先1件につき全国一律）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F3F5CE" w14:textId="77777777" w:rsidR="007E2868" w:rsidRDefault="00000000">
            <w:pPr>
              <w:jc w:val="right"/>
            </w:pPr>
            <w:r>
              <w:rPr>
                <w:color w:val="000000"/>
              </w:rPr>
              <w:t>1,000 円</w:t>
            </w:r>
          </w:p>
        </w:tc>
      </w:tr>
      <w:tr w:rsidR="007E2868" w14:paraId="4710419F" w14:textId="77777777" w:rsidTr="0085019E">
        <w:trPr>
          <w:gridBefore w:val="2"/>
          <w:wBefore w:w="5619" w:type="dxa"/>
          <w:cantSplit/>
          <w:trHeight w:val="357"/>
        </w:trPr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A27512" w14:textId="71121F90" w:rsidR="007E2868" w:rsidRPr="001F302B" w:rsidRDefault="001F302B" w:rsidP="001F302B">
            <w:pPr>
              <w:ind w:right="171"/>
              <w:jc w:val="right"/>
              <w:rPr>
                <w:rFonts w:eastAsiaTheme="minorEastAsia" w:hint="eastAsia"/>
                <w:lang w:eastAsia="ja-JP"/>
              </w:rPr>
            </w:pPr>
            <w:r w:rsidRPr="001F302B">
              <w:rPr>
                <w:rFonts w:ascii="ＭＳ 明朝" w:eastAsia="ＭＳ 明朝" w:hAnsi="ＭＳ 明朝" w:cs="ＭＳ 明朝" w:hint="eastAsia"/>
                <w:b/>
                <w:color w:val="000000"/>
                <w:sz w:val="17"/>
                <w:lang w:eastAsia="ja-JP"/>
              </w:rPr>
              <w:t>お送りいただく金額</w:t>
            </w:r>
            <w:r>
              <w:rPr>
                <w:rFonts w:ascii="ＭＳ 明朝" w:eastAsia="ＭＳ 明朝" w:hAnsi="ＭＳ 明朝" w:cs="ＭＳ 明朝"/>
                <w:b/>
                <w:color w:val="000000"/>
                <w:sz w:val="17"/>
                <w:lang w:eastAsia="ja-JP"/>
              </w:rPr>
              <w:br/>
            </w:r>
            <w:r>
              <w:rPr>
                <w:rFonts w:ascii="ＭＳ 明朝" w:eastAsia="ＭＳ 明朝" w:hAnsi="ＭＳ 明朝" w:cs="ＭＳ 明朝" w:hint="eastAsia"/>
                <w:b/>
                <w:color w:val="000000"/>
                <w:sz w:val="17"/>
                <w:lang w:eastAsia="ja-JP"/>
              </w:rPr>
              <w:t xml:space="preserve">　　　</w:t>
            </w:r>
            <w:r w:rsidRPr="001F302B">
              <w:rPr>
                <w:rFonts w:ascii="ＭＳ 明朝" w:eastAsia="ＭＳ 明朝" w:hAnsi="ＭＳ 明朝" w:cs="ＭＳ 明朝" w:hint="eastAsia"/>
                <w:b/>
                <w:color w:val="000000"/>
                <w:sz w:val="17"/>
                <w:lang w:eastAsia="ja-JP"/>
              </w:rPr>
              <w:t>（初穂料合計＋送料）</w:t>
            </w:r>
          </w:p>
        </w:tc>
        <w:tc>
          <w:tcPr>
            <w:tcW w:w="1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721805" w14:textId="77777777" w:rsidR="007E2868" w:rsidRDefault="00000000">
            <w:pPr>
              <w:jc w:val="right"/>
            </w:pPr>
            <w:r>
              <w:rPr>
                <w:b/>
                <w:color w:val="000000"/>
              </w:rPr>
              <w:t>円</w:t>
            </w:r>
          </w:p>
        </w:tc>
      </w:tr>
    </w:tbl>
    <w:p w14:paraId="55B24761" w14:textId="77777777" w:rsidR="007E2868" w:rsidRDefault="007E2868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675"/>
      </w:tblGrid>
      <w:tr w:rsidR="007E2868" w14:paraId="740D87E3" w14:textId="77777777">
        <w:trPr>
          <w:cantSplit/>
          <w:trHeight w:val="362"/>
          <w:jc w:val="center"/>
        </w:trPr>
        <w:tc>
          <w:tcPr>
            <w:tcW w:w="1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692D2E" w14:textId="77777777" w:rsidR="007E2868" w:rsidRDefault="00000000">
            <w:pPr>
              <w:jc w:val="center"/>
            </w:pPr>
            <w:r>
              <w:rPr>
                <w:b/>
                <w:color w:val="000000"/>
                <w:sz w:val="17"/>
              </w:rPr>
              <w:t>お支払い</w:t>
            </w:r>
          </w:p>
        </w:tc>
        <w:tc>
          <w:tcPr>
            <w:tcW w:w="8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F7087D" w14:textId="77777777" w:rsidR="007E2868" w:rsidRDefault="00000000">
            <w:pPr>
              <w:rPr>
                <w:lang w:eastAsia="ja-JP"/>
              </w:rPr>
            </w:pPr>
            <w:r>
              <w:rPr>
                <w:color w:val="000000"/>
                <w:sz w:val="17"/>
                <w:lang w:eastAsia="ja-JP"/>
              </w:rPr>
              <w:t>□ 現金書留に同封　　□ 銀行振込（振込予定日：　　　月　　　日）</w:t>
            </w:r>
          </w:p>
        </w:tc>
      </w:tr>
      <w:tr w:rsidR="007E2868" w14:paraId="345F2AA5" w14:textId="77777777">
        <w:trPr>
          <w:cantSplit/>
          <w:trHeight w:val="362"/>
          <w:jc w:val="center"/>
        </w:trPr>
        <w:tc>
          <w:tcPr>
            <w:tcW w:w="1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9E9E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22FF8F" w14:textId="77777777" w:rsidR="007E2868" w:rsidRDefault="00000000">
            <w:pPr>
              <w:jc w:val="center"/>
            </w:pPr>
            <w:r>
              <w:rPr>
                <w:b/>
                <w:color w:val="000000"/>
                <w:sz w:val="17"/>
              </w:rPr>
              <w:t>振込名義</w:t>
            </w:r>
          </w:p>
        </w:tc>
        <w:tc>
          <w:tcPr>
            <w:tcW w:w="8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B2E099" w14:textId="77777777" w:rsidR="007E2868" w:rsidRDefault="00000000">
            <w:pPr>
              <w:rPr>
                <w:lang w:eastAsia="ja-JP"/>
              </w:rPr>
            </w:pPr>
            <w:r>
              <w:rPr>
                <w:color w:val="000000"/>
                <w:sz w:val="17"/>
                <w:lang w:eastAsia="ja-JP"/>
              </w:rPr>
              <w:t>申込者と異なる場合はご記入ください：</w:t>
            </w:r>
          </w:p>
        </w:tc>
      </w:tr>
    </w:tbl>
    <w:p w14:paraId="41F3C658" w14:textId="77777777" w:rsidR="007E2868" w:rsidRDefault="007E2868">
      <w:pPr>
        <w:spacing w:before="20" w:after="40"/>
        <w:rPr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301"/>
      </w:tblGrid>
      <w:tr w:rsidR="007E2868" w14:paraId="42E09580" w14:textId="77777777">
        <w:trPr>
          <w:cantSplit/>
          <w:jc w:val="center"/>
        </w:trPr>
        <w:tc>
          <w:tcPr>
            <w:tcW w:w="5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00D05F8" w14:textId="77777777" w:rsidR="007E2868" w:rsidRDefault="00000000">
            <w:pPr>
              <w:spacing w:after="20"/>
              <w:rPr>
                <w:lang w:eastAsia="ja-JP"/>
              </w:rPr>
            </w:pPr>
            <w:r>
              <w:rPr>
                <w:b/>
                <w:color w:val="000000"/>
                <w:sz w:val="17"/>
                <w:lang w:eastAsia="ja-JP"/>
              </w:rPr>
              <w:t>【現金書留の送付先】</w:t>
            </w:r>
          </w:p>
          <w:p w14:paraId="4EAAD96E" w14:textId="77777777" w:rsidR="007E2868" w:rsidRDefault="00000000">
            <w:pPr>
              <w:rPr>
                <w:lang w:eastAsia="ja-JP"/>
              </w:rPr>
            </w:pPr>
            <w:r>
              <w:rPr>
                <w:color w:val="000000"/>
                <w:sz w:val="16"/>
                <w:lang w:eastAsia="ja-JP"/>
              </w:rPr>
              <w:t>〒654-0053</w:t>
            </w:r>
          </w:p>
          <w:p w14:paraId="0B641EBD" w14:textId="77777777" w:rsidR="007E2868" w:rsidRDefault="00000000">
            <w:r>
              <w:rPr>
                <w:color w:val="000000"/>
                <w:sz w:val="16"/>
              </w:rPr>
              <w:t>兵庫県神戸市須磨区天神町2-1-11</w:t>
            </w:r>
          </w:p>
          <w:p w14:paraId="1AFC00F8" w14:textId="77777777" w:rsidR="007E2868" w:rsidRDefault="00000000">
            <w:r>
              <w:rPr>
                <w:color w:val="000000"/>
                <w:sz w:val="16"/>
              </w:rPr>
              <w:t>綱敷天満宮　郵送頒布係</w:t>
            </w:r>
          </w:p>
          <w:p w14:paraId="50BDE86F" w14:textId="77777777" w:rsidR="007E2868" w:rsidRDefault="00000000">
            <w:pPr>
              <w:spacing w:before="40" w:after="20"/>
              <w:rPr>
                <w:lang w:eastAsia="ja-JP"/>
              </w:rPr>
            </w:pPr>
            <w:r>
              <w:rPr>
                <w:b/>
                <w:color w:val="000000"/>
                <w:sz w:val="17"/>
                <w:lang w:eastAsia="ja-JP"/>
              </w:rPr>
              <w:t>【銀行振込先】</w:t>
            </w:r>
          </w:p>
          <w:p w14:paraId="208AC8F6" w14:textId="32C5C028" w:rsidR="007E2868" w:rsidRPr="005B07E1" w:rsidRDefault="00000000">
            <w:pPr>
              <w:rPr>
                <w:rFonts w:eastAsiaTheme="minorEastAsia" w:hint="eastAsia"/>
                <w:lang w:eastAsia="ja-JP"/>
              </w:rPr>
            </w:pPr>
            <w:r>
              <w:rPr>
                <w:color w:val="000000"/>
                <w:sz w:val="16"/>
                <w:lang w:eastAsia="ja-JP"/>
              </w:rPr>
              <w:t>銀行名：</w:t>
            </w:r>
            <w:r w:rsidR="005B07E1">
              <w:rPr>
                <w:rFonts w:ascii="ＭＳ 明朝" w:eastAsia="ＭＳ 明朝" w:hAnsi="ＭＳ 明朝" w:cs="ＭＳ 明朝" w:hint="eastAsia"/>
                <w:color w:val="000000"/>
                <w:sz w:val="16"/>
                <w:lang w:eastAsia="ja-JP"/>
              </w:rPr>
              <w:t>神戸信用金庫</w:t>
            </w:r>
            <w:r>
              <w:rPr>
                <w:color w:val="000000"/>
                <w:sz w:val="16"/>
                <w:lang w:eastAsia="ja-JP"/>
              </w:rPr>
              <w:t xml:space="preserve">　支店名：</w:t>
            </w:r>
            <w:r w:rsidR="005B07E1">
              <w:rPr>
                <w:rFonts w:ascii="ＭＳ 明朝" w:eastAsia="ＭＳ 明朝" w:hAnsi="ＭＳ 明朝" w:cs="ＭＳ 明朝" w:hint="eastAsia"/>
                <w:color w:val="000000"/>
                <w:sz w:val="16"/>
                <w:lang w:eastAsia="ja-JP"/>
              </w:rPr>
              <w:t>須磨支店</w:t>
            </w:r>
          </w:p>
          <w:p w14:paraId="074C48A8" w14:textId="588A6031" w:rsidR="007E2868" w:rsidRPr="005B07E1" w:rsidRDefault="00000000">
            <w:pPr>
              <w:rPr>
                <w:rFonts w:eastAsiaTheme="minorEastAsia" w:hint="eastAsia"/>
                <w:lang w:eastAsia="ja-JP"/>
              </w:rPr>
            </w:pPr>
            <w:r>
              <w:rPr>
                <w:color w:val="000000"/>
                <w:sz w:val="16"/>
                <w:lang w:eastAsia="ja-JP"/>
              </w:rPr>
              <w:t>口座種別：</w:t>
            </w:r>
            <w:r w:rsidR="005B07E1">
              <w:rPr>
                <w:rFonts w:ascii="ＭＳ 明朝" w:eastAsia="ＭＳ 明朝" w:hAnsi="ＭＳ 明朝" w:cs="ＭＳ 明朝" w:hint="eastAsia"/>
                <w:color w:val="000000"/>
                <w:sz w:val="16"/>
                <w:lang w:eastAsia="ja-JP"/>
              </w:rPr>
              <w:t>普通</w:t>
            </w:r>
            <w:r>
              <w:rPr>
                <w:color w:val="000000"/>
                <w:sz w:val="16"/>
                <w:lang w:eastAsia="ja-JP"/>
              </w:rPr>
              <w:t xml:space="preserve">　口座番号：</w:t>
            </w:r>
            <w:r w:rsidR="005B07E1">
              <w:rPr>
                <w:rFonts w:ascii="ＭＳ 明朝" w:eastAsia="ＭＳ 明朝" w:hAnsi="ＭＳ 明朝" w:cs="ＭＳ 明朝" w:hint="eastAsia"/>
                <w:color w:val="000000"/>
                <w:sz w:val="16"/>
                <w:lang w:eastAsia="ja-JP"/>
              </w:rPr>
              <w:t>０００５１</w:t>
            </w:r>
            <w:r w:rsidR="000B60C2">
              <w:rPr>
                <w:rFonts w:ascii="ＭＳ 明朝" w:eastAsia="ＭＳ 明朝" w:hAnsi="ＭＳ 明朝" w:cs="ＭＳ 明朝" w:hint="eastAsia"/>
                <w:color w:val="000000"/>
                <w:sz w:val="16"/>
                <w:lang w:eastAsia="ja-JP"/>
              </w:rPr>
              <w:t>５</w:t>
            </w:r>
            <w:r w:rsidR="005B07E1">
              <w:rPr>
                <w:rFonts w:ascii="ＭＳ 明朝" w:eastAsia="ＭＳ 明朝" w:hAnsi="ＭＳ 明朝" w:cs="ＭＳ 明朝" w:hint="eastAsia"/>
                <w:color w:val="000000"/>
                <w:sz w:val="16"/>
                <w:lang w:eastAsia="ja-JP"/>
              </w:rPr>
              <w:t>９</w:t>
            </w:r>
          </w:p>
          <w:p w14:paraId="148C0CDB" w14:textId="5712D9E1" w:rsidR="007E2868" w:rsidRPr="005B07E1" w:rsidRDefault="00000000">
            <w:pPr>
              <w:rPr>
                <w:rFonts w:eastAsiaTheme="minorEastAsia" w:hint="eastAsia"/>
                <w:lang w:eastAsia="ja-JP"/>
              </w:rPr>
            </w:pPr>
            <w:r>
              <w:rPr>
                <w:color w:val="000000"/>
                <w:sz w:val="16"/>
                <w:lang w:eastAsia="ja-JP"/>
              </w:rPr>
              <w:t>口座名義：</w:t>
            </w:r>
            <w:r w:rsidR="005B07E1">
              <w:rPr>
                <w:rFonts w:ascii="ＭＳ 明朝" w:eastAsia="ＭＳ 明朝" w:hAnsi="ＭＳ 明朝" w:cs="ＭＳ 明朝" w:hint="eastAsia"/>
                <w:color w:val="000000"/>
                <w:sz w:val="16"/>
                <w:lang w:eastAsia="ja-JP"/>
              </w:rPr>
              <w:t>宗教法人　綱敷天満宮</w:t>
            </w:r>
          </w:p>
        </w:tc>
        <w:tc>
          <w:tcPr>
            <w:tcW w:w="5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BD5ED65" w14:textId="77777777" w:rsidR="007E2868" w:rsidRDefault="00000000">
            <w:pPr>
              <w:spacing w:after="20"/>
              <w:rPr>
                <w:lang w:eastAsia="ja-JP"/>
              </w:rPr>
            </w:pPr>
            <w:r>
              <w:rPr>
                <w:b/>
                <w:color w:val="000000"/>
                <w:sz w:val="17"/>
                <w:lang w:eastAsia="ja-JP"/>
              </w:rPr>
              <w:t>【お申し込み前にご確認ください】</w:t>
            </w:r>
          </w:p>
          <w:p w14:paraId="3901329A" w14:textId="77777777" w:rsidR="007E2868" w:rsidRDefault="00000000">
            <w:pPr>
              <w:rPr>
                <w:lang w:eastAsia="ja-JP"/>
              </w:rPr>
            </w:pPr>
            <w:r>
              <w:rPr>
                <w:color w:val="000000"/>
                <w:sz w:val="15"/>
                <w:lang w:eastAsia="ja-JP"/>
              </w:rPr>
              <w:t>・メールまたはFAXの送信だけでは申込完了となりません。</w:t>
            </w:r>
          </w:p>
          <w:p w14:paraId="7DFF21E5" w14:textId="77777777" w:rsidR="007E2868" w:rsidRDefault="00000000">
            <w:pPr>
              <w:rPr>
                <w:lang w:eastAsia="ja-JP"/>
              </w:rPr>
            </w:pPr>
            <w:r>
              <w:rPr>
                <w:color w:val="000000"/>
                <w:sz w:val="15"/>
                <w:lang w:eastAsia="ja-JP"/>
              </w:rPr>
              <w:t>・御朱印は書き置きのみで、御朱印帳への直接記帳は承りません。</w:t>
            </w:r>
          </w:p>
          <w:p w14:paraId="75A334CF" w14:textId="77777777" w:rsidR="0085019E" w:rsidRDefault="00000000">
            <w:pPr>
              <w:rPr>
                <w:rFonts w:ascii="ＭＳ 明朝" w:eastAsia="ＭＳ 明朝" w:hAnsi="ＭＳ 明朝" w:cs="ＭＳ 明朝"/>
                <w:color w:val="000000"/>
                <w:sz w:val="15"/>
                <w:lang w:eastAsia="ja-JP"/>
              </w:rPr>
            </w:pPr>
            <w:r>
              <w:rPr>
                <w:color w:val="000000"/>
                <w:sz w:val="15"/>
                <w:lang w:eastAsia="ja-JP"/>
              </w:rPr>
              <w:t>・</w:t>
            </w:r>
            <w:r w:rsidR="0085019E" w:rsidRPr="0085019E">
              <w:rPr>
                <w:rFonts w:ascii="ＭＳ 明朝" w:eastAsia="ＭＳ 明朝" w:hAnsi="ＭＳ 明朝" w:cs="ＭＳ 明朝" w:hint="eastAsia"/>
                <w:color w:val="000000"/>
                <w:sz w:val="15"/>
                <w:lang w:eastAsia="ja-JP"/>
              </w:rPr>
              <w:t>申込用紙とご入金の両方を確認後、授与品・御朱印を発送いたします。</w:t>
            </w:r>
          </w:p>
          <w:p w14:paraId="3FC45A3C" w14:textId="0B922307" w:rsidR="007E2868" w:rsidRDefault="00702FDA" w:rsidP="0085019E">
            <w:pPr>
              <w:ind w:firstLineChars="100" w:firstLine="150"/>
              <w:rPr>
                <w:lang w:eastAsia="ja-JP"/>
              </w:rPr>
            </w:pPr>
            <w:r w:rsidRPr="00702FDA">
              <w:rPr>
                <w:rFonts w:ascii="ＭＳ 明朝" w:eastAsia="ＭＳ 明朝" w:hAnsi="ＭＳ 明朝" w:cs="ＭＳ 明朝" w:hint="eastAsia"/>
                <w:color w:val="000000"/>
                <w:sz w:val="15"/>
                <w:lang w:eastAsia="ja-JP"/>
              </w:rPr>
              <w:t>確認後、</w:t>
            </w:r>
            <w:r>
              <w:rPr>
                <w:color w:val="000000"/>
                <w:sz w:val="15"/>
                <w:lang w:eastAsia="ja-JP"/>
              </w:rPr>
              <w:t>通常3日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5"/>
                <w:lang w:eastAsia="ja-JP"/>
              </w:rPr>
              <w:t>以内に</w:t>
            </w:r>
            <w:r>
              <w:rPr>
                <w:color w:val="000000"/>
                <w:sz w:val="15"/>
                <w:lang w:eastAsia="ja-JP"/>
              </w:rPr>
              <w:t>発送します。</w:t>
            </w:r>
          </w:p>
          <w:p w14:paraId="6AC67601" w14:textId="77777777" w:rsidR="007E2868" w:rsidRDefault="00000000">
            <w:pPr>
              <w:rPr>
                <w:lang w:eastAsia="ja-JP"/>
              </w:rPr>
            </w:pPr>
            <w:r>
              <w:rPr>
                <w:color w:val="000000"/>
                <w:sz w:val="15"/>
                <w:lang w:eastAsia="ja-JP"/>
              </w:rPr>
              <w:t>・在庫切れや金額の不備がある場合はご連絡します。</w:t>
            </w:r>
          </w:p>
          <w:p w14:paraId="5AA9E5C5" w14:textId="56CC90FE" w:rsidR="007E2868" w:rsidRPr="00702FDA" w:rsidRDefault="00000000">
            <w:pPr>
              <w:rPr>
                <w:rFonts w:eastAsiaTheme="minorEastAsia" w:hint="eastAsia"/>
                <w:lang w:eastAsia="ja-JP"/>
              </w:rPr>
            </w:pPr>
            <w:r>
              <w:rPr>
                <w:color w:val="000000"/>
                <w:sz w:val="15"/>
                <w:lang w:eastAsia="ja-JP"/>
              </w:rPr>
              <w:t>・現金書留の郵送料、振込手数料は申込者様のご負担で</w:t>
            </w:r>
            <w:r w:rsidR="00702FDA">
              <w:rPr>
                <w:rFonts w:ascii="ＭＳ 明朝" w:eastAsia="ＭＳ 明朝" w:hAnsi="ＭＳ 明朝" w:cs="ＭＳ 明朝" w:hint="eastAsia"/>
                <w:color w:val="000000"/>
                <w:sz w:val="15"/>
                <w:lang w:eastAsia="ja-JP"/>
              </w:rPr>
              <w:t>お願いします。</w:t>
            </w:r>
          </w:p>
        </w:tc>
      </w:tr>
    </w:tbl>
    <w:p w14:paraId="3CD42EA9" w14:textId="112DDC84" w:rsidR="007E2868" w:rsidRPr="0085019E" w:rsidRDefault="007E2868" w:rsidP="005B07E1">
      <w:pPr>
        <w:spacing w:before="60"/>
        <w:rPr>
          <w:rFonts w:eastAsiaTheme="minorEastAsia" w:hint="eastAsia"/>
          <w:lang w:eastAsia="ja-JP"/>
        </w:rPr>
      </w:pPr>
    </w:p>
    <w:sectPr w:rsidR="007E2868" w:rsidRPr="0085019E" w:rsidSect="00034616">
      <w:footerReference w:type="default" r:id="rId8"/>
      <w:pgSz w:w="11906" w:h="16838"/>
      <w:pgMar w:top="454" w:right="652" w:bottom="425" w:left="6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AAC9" w14:textId="77777777" w:rsidR="00E37840" w:rsidRDefault="00E37840">
      <w:r>
        <w:separator/>
      </w:r>
    </w:p>
  </w:endnote>
  <w:endnote w:type="continuationSeparator" w:id="0">
    <w:p w14:paraId="11BB8B3F" w14:textId="77777777" w:rsidR="00E37840" w:rsidRDefault="00E3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erif CJK JP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5B53" w14:textId="77777777" w:rsidR="007E2868" w:rsidRDefault="00000000">
    <w:pPr>
      <w:pStyle w:val="a7"/>
      <w:jc w:val="center"/>
      <w:rPr>
        <w:lang w:eastAsia="ja-JP"/>
      </w:rPr>
    </w:pPr>
    <w:r>
      <w:rPr>
        <w:color w:val="000000"/>
        <w:sz w:val="14"/>
        <w:lang w:eastAsia="ja-JP"/>
      </w:rPr>
      <w:t>綱敷天満宮　授与品・御朱印 郵送頒布申込書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5B92" w14:textId="77777777" w:rsidR="00E37840" w:rsidRDefault="00E37840">
      <w:r>
        <w:separator/>
      </w:r>
    </w:p>
  </w:footnote>
  <w:footnote w:type="continuationSeparator" w:id="0">
    <w:p w14:paraId="10E5B8D6" w14:textId="77777777" w:rsidR="00E37840" w:rsidRDefault="00E3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8987733">
    <w:abstractNumId w:val="8"/>
  </w:num>
  <w:num w:numId="2" w16cid:durableId="1168793522">
    <w:abstractNumId w:val="6"/>
  </w:num>
  <w:num w:numId="3" w16cid:durableId="1036733807">
    <w:abstractNumId w:val="5"/>
  </w:num>
  <w:num w:numId="4" w16cid:durableId="1038629531">
    <w:abstractNumId w:val="4"/>
  </w:num>
  <w:num w:numId="5" w16cid:durableId="1189485914">
    <w:abstractNumId w:val="7"/>
  </w:num>
  <w:num w:numId="6" w16cid:durableId="1206942076">
    <w:abstractNumId w:val="3"/>
  </w:num>
  <w:num w:numId="7" w16cid:durableId="1969436371">
    <w:abstractNumId w:val="2"/>
  </w:num>
  <w:num w:numId="8" w16cid:durableId="1255934952">
    <w:abstractNumId w:val="1"/>
  </w:num>
  <w:num w:numId="9" w16cid:durableId="138694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60C2"/>
    <w:rsid w:val="0015074B"/>
    <w:rsid w:val="001F302B"/>
    <w:rsid w:val="002776CD"/>
    <w:rsid w:val="0029639D"/>
    <w:rsid w:val="00316238"/>
    <w:rsid w:val="00326F90"/>
    <w:rsid w:val="00427029"/>
    <w:rsid w:val="005B07E1"/>
    <w:rsid w:val="00632FF1"/>
    <w:rsid w:val="006E1EB8"/>
    <w:rsid w:val="00702FDA"/>
    <w:rsid w:val="007E2868"/>
    <w:rsid w:val="0085019E"/>
    <w:rsid w:val="00970649"/>
    <w:rsid w:val="00A62733"/>
    <w:rsid w:val="00AA1D8D"/>
    <w:rsid w:val="00B47730"/>
    <w:rsid w:val="00C064AC"/>
    <w:rsid w:val="00CB0664"/>
    <w:rsid w:val="00CE4821"/>
    <w:rsid w:val="00DB2C2E"/>
    <w:rsid w:val="00E37840"/>
    <w:rsid w:val="00F43A1F"/>
    <w:rsid w:val="00F938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76E21C"/>
  <w14:defaultImageDpi w14:val="300"/>
  <w15:docId w15:val="{63EDBCB2-2BDD-44A0-862A-0AC7E4FB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Noto Sans CJK JP" w:eastAsia="Noto Sans CJK JP" w:hAnsi="Noto Sans CJK JP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綱敷天満宮 授与品・御朱印 郵送頒布申込書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綱敷天満宮 授与品・御朱印 郵送頒布申込書</dc:title>
  <dc:subject>授与品・御朱印の郵送頒布申込用紙</dc:subject>
  <dc:creator>綱敷天満宮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2026-08-11T07:19:00Z</dcterms:modified>
  <cp:category/>
</cp:coreProperties>
</file>